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</w:pPr>
      <w:r>
        <w:rPr>
          <w:rFonts w:ascii="Arial" w:hAnsi="Arial"/>
          <w:b/>
          <w:i w:val="0"/>
          <w:sz w:val="22"/>
        </w:rPr>
        <w:t>Release Notes - Patch acerto-12.1.2311.5-12.1.2403</w:t>
      </w:r>
    </w:p>
    <w:p>
      <w:r>
        <w:rPr>
          <w:rFonts w:ascii="Arial" w:hAnsi="Arial"/>
          <w:b w:val="0"/>
          <w:i/>
          <w:sz w:val="22"/>
        </w:rPr>
        <w:t>**Resumo**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"cd-carteira" OF "bloqueio-lib-digital" AS decimal**</w:t>
      </w:r>
    </w:p>
    <w:p>
      <w:r>
        <w:rPr>
          <w:rFonts w:ascii="Arial" w:hAnsi="Arial"/>
          <w:b w:val="0"/>
          <w:i/>
          <w:sz w:val="22"/>
        </w:rPr>
        <w:t>ADD FIELD "cd-carteira" OF "bloqueio-lib-digital" AS decimal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"cd-clinica" OF "bloqueio-lib-digital" AS decimal**</w:t>
      </w:r>
    </w:p>
    <w:p>
      <w:r>
        <w:rPr>
          <w:rFonts w:ascii="Arial" w:hAnsi="Arial"/>
          <w:b w:val="0"/>
          <w:i/>
          <w:sz w:val="22"/>
        </w:rPr>
        <w:t>ADD FIELD "cd-clinica" OF "bloqueio-lib-digital" AS decimal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"cd-grupo-prestador" OF "portal-prestador-mensagem" AS character**</w:t>
      </w:r>
    </w:p>
    <w:p>
      <w:r>
        <w:rPr>
          <w:rFonts w:ascii="Arial" w:hAnsi="Arial"/>
          <w:b w:val="0"/>
          <w:i/>
          <w:sz w:val="22"/>
        </w:rPr>
        <w:t>ADD FIELD "cd-grupo-prestador" OF "portal-prestador-mensagem" AS character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"cdd-seq" OF "portal-prestador-mensagem"**</w:t>
      </w:r>
    </w:p>
    <w:p>
      <w:r>
        <w:rPr>
          <w:rFonts w:ascii="Arial" w:hAnsi="Arial"/>
          <w:b w:val="0"/>
          <w:i/>
          <w:sz w:val="22"/>
        </w:rPr>
        <w:t>ADD FIELD "cdd-seq" OF "portal-prestador-mensagem"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"cod-usuar-ult-atualiz" OF "portal-prestador-mensagem" AS character**</w:t>
      </w:r>
    </w:p>
    <w:p>
      <w:r>
        <w:rPr>
          <w:rFonts w:ascii="Arial" w:hAnsi="Arial"/>
          <w:b w:val="0"/>
          <w:i/>
          <w:sz w:val="22"/>
        </w:rPr>
        <w:t>ADD FIELD "cod-usuar-ult-atualiz" OF "portal-prestador-mensagem" AS character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"dat-ult-atualiz" OF "portal-prestador-mensagem" AS date**</w:t>
      </w:r>
    </w:p>
    <w:p>
      <w:r>
        <w:rPr>
          <w:rFonts w:ascii="Arial" w:hAnsi="Arial"/>
          <w:b w:val="0"/>
          <w:i/>
          <w:sz w:val="22"/>
        </w:rPr>
        <w:t>ADD FIELD "dat-ult-atualiz" OF "portal-prestador-mensagem" AS date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"ds-mensagem" OF "portal-prestador-mensagem" AS character**</w:t>
      </w:r>
    </w:p>
    <w:p>
      <w:r>
        <w:rPr>
          <w:rFonts w:ascii="Arial" w:hAnsi="Arial"/>
          <w:b w:val="0"/>
          <w:i/>
          <w:sz w:val="22"/>
        </w:rPr>
        <w:t>ADD FIELD "ds-mensagem" OF "portal-prestador-mensagem" AS character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"ds-titulo" OF "portal-prestador-mensagem" AS character**</w:t>
      </w:r>
    </w:p>
    <w:p>
      <w:r>
        <w:rPr>
          <w:rFonts w:ascii="Arial" w:hAnsi="Arial"/>
          <w:b w:val="0"/>
          <w:i/>
          <w:sz w:val="22"/>
        </w:rPr>
        <w:t>ADD FIELD "ds-titulo" OF "portal-prestador-mensagem" AS character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"dt-bloqueio" OF "bloqueio-lib-digital" AS date**</w:t>
      </w:r>
    </w:p>
    <w:p>
      <w:r>
        <w:rPr>
          <w:rFonts w:ascii="Arial" w:hAnsi="Arial"/>
          <w:b w:val="0"/>
          <w:i/>
          <w:sz w:val="22"/>
        </w:rPr>
        <w:t>ADD FIELD "dt-bloqueio" OF "bloqueio-lib-digital" AS date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"dt-fim-validade" OF "portal-prestador-mensagem" AS date**</w:t>
      </w:r>
    </w:p>
    <w:p>
      <w:r>
        <w:rPr>
          <w:rFonts w:ascii="Arial" w:hAnsi="Arial"/>
          <w:b w:val="0"/>
          <w:i/>
          <w:sz w:val="22"/>
        </w:rPr>
        <w:t>ADD FIELD "dt-fim-validade" OF "portal-prestador-mensagem" AS date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"dt-ini-validade" OF "portal-prestador-mensagem" AS date**</w:t>
      </w:r>
    </w:p>
    <w:p>
      <w:r>
        <w:rPr>
          <w:rFonts w:ascii="Arial" w:hAnsi="Arial"/>
          <w:b w:val="0"/>
          <w:i/>
          <w:sz w:val="22"/>
        </w:rPr>
        <w:t>ADD FIELD "dt-ini-validade" OF "portal-prestador-mensagem" AS date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"id-bloqueio" OF "bloqueio-lib-digital"**</w:t>
      </w:r>
    </w:p>
    <w:p>
      <w:r>
        <w:rPr>
          <w:rFonts w:ascii="Arial" w:hAnsi="Arial"/>
          <w:b w:val="0"/>
          <w:i/>
          <w:sz w:val="22"/>
        </w:rPr>
        <w:t>ADD FIELD "id-bloqueio" OF "bloqueio-lib-digital"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"lg-ativo" OF "portal-prestador-mensagem"**</w:t>
      </w:r>
    </w:p>
    <w:p>
      <w:r>
        <w:rPr>
          <w:rFonts w:ascii="Arial" w:hAnsi="Arial"/>
          <w:b w:val="0"/>
          <w:i/>
          <w:sz w:val="22"/>
        </w:rPr>
        <w:t>ADD FIELD "lg-ativo" OF "portal-prestador-mensagem"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"lg-bloqueia-executa-guia" OF "clinicas"**</w:t>
      </w:r>
    </w:p>
    <w:p>
      <w:r>
        <w:rPr>
          <w:rFonts w:ascii="Arial" w:hAnsi="Arial"/>
          <w:b w:val="0"/>
          <w:i/>
          <w:sz w:val="22"/>
        </w:rPr>
        <w:t>ADD FIELD "lg-bloqueia-executa-guia" OF "clinicas"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"lg-cartao-virtual" OF "clinpres"**</w:t>
      </w:r>
    </w:p>
    <w:p>
      <w:r>
        <w:rPr>
          <w:rFonts w:ascii="Arial" w:hAnsi="Arial"/>
          <w:b w:val="0"/>
          <w:i/>
          <w:sz w:val="22"/>
        </w:rPr>
        <w:t>ADD FIELD "lg-cartao-virtual" OF "clinpres"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"lg-clinica-perfil-medico" OF "clinicas"**</w:t>
      </w:r>
    </w:p>
    <w:p>
      <w:r>
        <w:rPr>
          <w:rFonts w:ascii="Arial" w:hAnsi="Arial"/>
          <w:b w:val="0"/>
          <w:i/>
          <w:sz w:val="22"/>
        </w:rPr>
        <w:t>ADD FIELD "lg-clinica-perfil-medico" OF "clinicas"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"lg-nao-autoriza-proc" OF "ambproce"**</w:t>
      </w:r>
    </w:p>
    <w:p>
      <w:r>
        <w:rPr>
          <w:rFonts w:ascii="Arial" w:hAnsi="Arial"/>
          <w:b w:val="0"/>
          <w:i/>
          <w:sz w:val="22"/>
        </w:rPr>
        <w:t>ADD FIELD "lg-nao-autoriza-proc" OF "ambproce"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"lg-permite-pesquisa-dependentes" OF "clinicas"**</w:t>
      </w:r>
    </w:p>
    <w:p>
      <w:r>
        <w:rPr>
          <w:rFonts w:ascii="Arial" w:hAnsi="Arial"/>
          <w:b w:val="0"/>
          <w:i/>
          <w:sz w:val="22"/>
        </w:rPr>
        <w:t>ADD FIELD "lg-permite-pesquisa-dependentes" OF "clinicas"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**ADD FIELD "nm-usuario" OF "bloqueio-lib-digital" AS character**</w:t>
      </w:r>
    </w:p>
    <w:p>
      <w:r>
        <w:rPr>
          <w:rFonts w:ascii="Arial" w:hAnsi="Arial"/>
          <w:b w:val="0"/>
          <w:i/>
          <w:sz w:val="22"/>
        </w:rPr>
        <w:t>ADD FIELD "nm-usuario" OF "bloqueio-lib-digital" AS character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**Detalhes**</w:t>
      </w:r>
    </w:p>
    <w:p>
      <w:r>
        <w:rPr>
          <w:rFonts w:ascii="Arial" w:hAnsi="Arial"/>
          <w:b w:val="0"/>
          <w:i/>
          <w:sz w:val="22"/>
        </w:rPr>
      </w:r>
    </w:p>
    <w:p>
      <w:r>
        <w:rPr>
          <w:rFonts w:ascii="Arial" w:hAnsi="Arial"/>
          <w:b w:val="0"/>
          <w:i/>
          <w:sz w:val="22"/>
        </w:rPr>
        <w:t>**Conclusões**</w:t>
      </w:r>
    </w:p>
    <w:p>
      <w:r>
        <w:rPr>
          <w:rFonts w:ascii="Arial" w:hAnsi="Arial"/>
          <w:b w:val="0"/>
          <w:i/>
          <w:sz w:val="22"/>
        </w:rPr>
        <w:t>* Esta atualização adiciona 19 alterações.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